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ptos Display" w:hAnsi="Aptos Display"/>
          <w:b/>
          <w:sz w:val="40"/>
        </w:rPr>
        <w:t>TALI ROSE KRUPKIN</w:t>
      </w:r>
    </w:p>
    <w:p>
      <w:pPr>
        <w:jc w:val="center"/>
      </w:pPr>
      <w:r>
        <w:rPr>
          <w:sz w:val="18"/>
        </w:rPr>
        <w:t>ARTIST  |  JERSEY CITY, NEW JERSEY  |  talirose.kru@gmail.com  |  www.taliroseart.com</w:t>
      </w:r>
    </w:p>
    <w:p>
      <w:pPr>
        <w:spacing w:before="180" w:after="60"/>
      </w:pPr>
      <w:r>
        <w:rPr>
          <w:b/>
          <w:sz w:val="20"/>
        </w:rPr>
        <w:t>SELECTED EXHIBITIONS</w:t>
      </w:r>
    </w:p>
    <w:p>
      <w:pPr>
        <w:spacing w:after="30" w:line="240" w:lineRule="auto"/>
      </w:pPr>
      <w:r>
        <w:rPr>
          <w:b/>
          <w:sz w:val="18"/>
        </w:rPr>
        <w:t xml:space="preserve">2026  </w:t>
      </w:r>
      <w:r>
        <w:rPr>
          <w:sz w:val="18"/>
        </w:rPr>
        <w:t>Summer In The City, Deep Space Gallery, Jersey City, NJ (current)</w:t>
      </w:r>
    </w:p>
    <w:p>
      <w:pPr>
        <w:spacing w:after="30" w:line="240" w:lineRule="auto"/>
      </w:pPr>
      <w:r>
        <w:rPr>
          <w:b/>
          <w:sz w:val="18"/>
        </w:rPr>
        <w:t xml:space="preserve">2026  </w:t>
      </w:r>
      <w:r>
        <w:rPr>
          <w:sz w:val="18"/>
        </w:rPr>
        <w:t>HERE. STILL., HOM Gallery, Brooklyn, NY</w:t>
      </w:r>
    </w:p>
    <w:p>
      <w:pPr>
        <w:spacing w:after="30" w:line="240" w:lineRule="auto"/>
      </w:pPr>
      <w:r>
        <w:rPr>
          <w:b/>
          <w:sz w:val="18"/>
        </w:rPr>
        <w:t xml:space="preserve">2026  </w:t>
      </w:r>
      <w:r>
        <w:rPr>
          <w:sz w:val="18"/>
        </w:rPr>
        <w:t>DuCret's Bouquet, DuCret Center of Art, Plainfield, NJ</w:t>
      </w:r>
    </w:p>
    <w:p>
      <w:pPr>
        <w:spacing w:after="30" w:line="240" w:lineRule="auto"/>
      </w:pPr>
      <w:r>
        <w:rPr>
          <w:b/>
          <w:sz w:val="18"/>
        </w:rPr>
        <w:t xml:space="preserve">2026  </w:t>
      </w:r>
      <w:r>
        <w:rPr>
          <w:sz w:val="18"/>
        </w:rPr>
        <w:t>The Rainbow Collection, Deep Space Gallery, Jersey City, NJ (virtual)</w:t>
      </w:r>
    </w:p>
    <w:p>
      <w:pPr>
        <w:spacing w:after="30" w:line="240" w:lineRule="auto"/>
      </w:pPr>
      <w:r>
        <w:rPr>
          <w:b/>
          <w:sz w:val="18"/>
        </w:rPr>
        <w:t xml:space="preserve">2026  </w:t>
      </w:r>
      <w:r>
        <w:rPr>
          <w:sz w:val="18"/>
        </w:rPr>
        <w:t>A Time Within a Time - Juried Exhibition, Monmouth Museum, Main Gallery, Lincroft, NJ</w:t>
      </w:r>
    </w:p>
    <w:p>
      <w:pPr>
        <w:spacing w:after="30" w:line="240" w:lineRule="auto"/>
      </w:pPr>
      <w:r>
        <w:rPr>
          <w:b/>
          <w:sz w:val="18"/>
        </w:rPr>
        <w:t xml:space="preserve">2026  </w:t>
      </w:r>
      <w:r>
        <w:rPr>
          <w:sz w:val="18"/>
        </w:rPr>
        <w:t>MORE MINIS, Deep Space Gallery, Jersey City, NJ</w:t>
      </w:r>
    </w:p>
    <w:p>
      <w:pPr>
        <w:spacing w:after="30" w:line="240" w:lineRule="auto"/>
      </w:pPr>
      <w:r>
        <w:rPr>
          <w:b/>
          <w:sz w:val="18"/>
        </w:rPr>
        <w:t xml:space="preserve">2025  </w:t>
      </w:r>
      <w:r>
        <w:rPr>
          <w:sz w:val="18"/>
        </w:rPr>
        <w:t>The Affordable Art Show, Art House Gallery, Jersey City, NJ</w:t>
      </w:r>
    </w:p>
    <w:p>
      <w:pPr>
        <w:spacing w:after="30" w:line="240" w:lineRule="auto"/>
      </w:pPr>
      <w:r>
        <w:rPr>
          <w:b/>
          <w:sz w:val="18"/>
        </w:rPr>
        <w:t xml:space="preserve">2025  </w:t>
      </w:r>
      <w:r>
        <w:rPr>
          <w:sz w:val="18"/>
        </w:rPr>
        <w:t>The Gigantic Miniature Show, Deep Space Gallery, Jersey City, NJ</w:t>
      </w:r>
    </w:p>
    <w:p>
      <w:pPr>
        <w:spacing w:after="30" w:line="240" w:lineRule="auto"/>
      </w:pPr>
      <w:r>
        <w:rPr>
          <w:b/>
          <w:sz w:val="18"/>
        </w:rPr>
        <w:t xml:space="preserve">2025  </w:t>
      </w:r>
      <w:r>
        <w:rPr>
          <w:sz w:val="18"/>
        </w:rPr>
        <w:t>The Little Show, RIA Gallery, Upper Montclair, NJ</w:t>
      </w:r>
    </w:p>
    <w:p>
      <w:pPr>
        <w:spacing w:after="30" w:line="240" w:lineRule="auto"/>
      </w:pPr>
      <w:r>
        <w:rPr>
          <w:b/>
          <w:sz w:val="18"/>
        </w:rPr>
        <w:t xml:space="preserve">2025  </w:t>
      </w:r>
      <w:r>
        <w:rPr>
          <w:sz w:val="18"/>
        </w:rPr>
        <w:t>Solo Showcase, Green Apple, Brooklyn, NY (current)</w:t>
      </w:r>
    </w:p>
    <w:p>
      <w:pPr>
        <w:spacing w:after="30" w:line="240" w:lineRule="auto"/>
      </w:pPr>
      <w:r>
        <w:rPr>
          <w:b/>
          <w:sz w:val="18"/>
        </w:rPr>
        <w:t xml:space="preserve">2025  </w:t>
      </w:r>
      <w:r>
        <w:rPr>
          <w:sz w:val="18"/>
        </w:rPr>
        <w:t>Visionary Women, Newark School of the Arts, Newark, NJ</w:t>
      </w:r>
    </w:p>
    <w:p>
      <w:pPr>
        <w:spacing w:after="30" w:line="240" w:lineRule="auto"/>
      </w:pPr>
      <w:r>
        <w:rPr>
          <w:b/>
          <w:sz w:val="18"/>
        </w:rPr>
        <w:t xml:space="preserve">2025  </w:t>
      </w:r>
      <w:r>
        <w:rPr>
          <w:sz w:val="18"/>
        </w:rPr>
        <w:t>Say Less, Curate NJ, Raritan, NJ</w:t>
      </w:r>
    </w:p>
    <w:p>
      <w:pPr>
        <w:spacing w:after="30" w:line="240" w:lineRule="auto"/>
      </w:pPr>
      <w:r>
        <w:rPr>
          <w:b/>
          <w:sz w:val="18"/>
        </w:rPr>
        <w:t xml:space="preserve">2024  </w:t>
      </w:r>
      <w:r>
        <w:rPr>
          <w:sz w:val="18"/>
        </w:rPr>
        <w:t>MORE MINIS, Deep Space Gallery, Jersey City, NJ</w:t>
      </w:r>
    </w:p>
    <w:p>
      <w:pPr>
        <w:spacing w:after="30" w:line="240" w:lineRule="auto"/>
      </w:pPr>
      <w:r>
        <w:rPr>
          <w:b/>
          <w:sz w:val="18"/>
        </w:rPr>
        <w:t xml:space="preserve">2024  </w:t>
      </w:r>
      <w:r>
        <w:rPr>
          <w:sz w:val="18"/>
        </w:rPr>
        <w:t>Flip Side, Mission 50, Hoboken, NJ (solo exhibition)</w:t>
      </w:r>
    </w:p>
    <w:p>
      <w:pPr>
        <w:spacing w:after="30" w:line="240" w:lineRule="auto"/>
      </w:pPr>
      <w:r>
        <w:rPr>
          <w:b/>
          <w:sz w:val="18"/>
        </w:rPr>
        <w:t xml:space="preserve">2024  </w:t>
      </w:r>
      <w:r>
        <w:rPr>
          <w:sz w:val="18"/>
        </w:rPr>
        <w:t>Poetics of Space, Deep Space Gallery &amp; Create! Magazine, Oakland, CA (virtual)</w:t>
      </w:r>
    </w:p>
    <w:p>
      <w:pPr>
        <w:spacing w:after="30" w:line="240" w:lineRule="auto"/>
      </w:pPr>
      <w:r>
        <w:rPr>
          <w:b/>
          <w:sz w:val="18"/>
        </w:rPr>
        <w:t xml:space="preserve">2024  </w:t>
      </w:r>
      <w:r>
        <w:rPr>
          <w:sz w:val="18"/>
        </w:rPr>
        <w:t>The Gigantic Miniature Show, Deep Space Gallery, Jersey City, NJ</w:t>
      </w:r>
    </w:p>
    <w:p>
      <w:pPr>
        <w:spacing w:after="30" w:line="240" w:lineRule="auto"/>
      </w:pPr>
      <w:r>
        <w:rPr>
          <w:b/>
          <w:sz w:val="18"/>
        </w:rPr>
        <w:t xml:space="preserve">2024  </w:t>
      </w:r>
      <w:r>
        <w:rPr>
          <w:sz w:val="18"/>
        </w:rPr>
        <w:t>The Affordable Art Show, Art House Gallery, Jersey City, NJ</w:t>
      </w:r>
    </w:p>
    <w:p>
      <w:pPr>
        <w:spacing w:after="30" w:line="240" w:lineRule="auto"/>
      </w:pPr>
      <w:r>
        <w:rPr>
          <w:b/>
          <w:sz w:val="18"/>
        </w:rPr>
        <w:t xml:space="preserve">2024  </w:t>
      </w:r>
      <w:r>
        <w:rPr>
          <w:sz w:val="18"/>
        </w:rPr>
        <w:t>Holiday Spirit, Crema, Jersey City, NJ</w:t>
      </w:r>
    </w:p>
    <w:p>
      <w:pPr>
        <w:spacing w:after="30" w:line="240" w:lineRule="auto"/>
      </w:pPr>
      <w:r>
        <w:rPr>
          <w:b/>
          <w:sz w:val="18"/>
        </w:rPr>
        <w:t xml:space="preserve">2024  </w:t>
      </w:r>
      <w:r>
        <w:rPr>
          <w:sz w:val="18"/>
        </w:rPr>
        <w:t>Make It Pop, Curate NJ, Raritan, NJ</w:t>
      </w:r>
    </w:p>
    <w:p>
      <w:pPr>
        <w:spacing w:after="30" w:line="240" w:lineRule="auto"/>
      </w:pPr>
      <w:r>
        <w:rPr>
          <w:b/>
          <w:sz w:val="18"/>
        </w:rPr>
        <w:t xml:space="preserve">2024  </w:t>
      </w:r>
      <w:r>
        <w:rPr>
          <w:sz w:val="18"/>
        </w:rPr>
        <w:t>Cultural Connections, DGA Studio, Jersey City, NJ</w:t>
      </w:r>
    </w:p>
    <w:p>
      <w:pPr>
        <w:spacing w:after="30" w:line="240" w:lineRule="auto"/>
      </w:pPr>
      <w:r>
        <w:rPr>
          <w:b/>
          <w:sz w:val="18"/>
        </w:rPr>
        <w:t xml:space="preserve">2024  </w:t>
      </w:r>
      <w:r>
        <w:rPr>
          <w:sz w:val="18"/>
        </w:rPr>
        <w:t>Paper Trails, The Philadelphia Collage Collective at the Athenaeum, Philadelphia, PA</w:t>
      </w:r>
    </w:p>
    <w:p>
      <w:pPr>
        <w:spacing w:after="30" w:line="240" w:lineRule="auto"/>
      </w:pPr>
      <w:r>
        <w:rPr>
          <w:b/>
          <w:sz w:val="18"/>
        </w:rPr>
        <w:t xml:space="preserve">2024  </w:t>
      </w:r>
      <w:r>
        <w:rPr>
          <w:sz w:val="18"/>
        </w:rPr>
        <w:t>The Affordable Art Show, Summer Edition, Art House Gallery at CRRNJ Terminal Building, Jersey City, NJ</w:t>
      </w:r>
    </w:p>
    <w:p>
      <w:pPr>
        <w:spacing w:after="30" w:line="240" w:lineRule="auto"/>
      </w:pPr>
      <w:r>
        <w:rPr>
          <w:b/>
          <w:sz w:val="18"/>
        </w:rPr>
        <w:t xml:space="preserve">2024  </w:t>
      </w:r>
      <w:r>
        <w:rPr>
          <w:sz w:val="18"/>
        </w:rPr>
        <w:t>Zero to 100, Smush Gallery, Jersey City, NJ</w:t>
      </w:r>
    </w:p>
    <w:p>
      <w:pPr>
        <w:spacing w:after="30" w:line="240" w:lineRule="auto"/>
      </w:pPr>
      <w:r>
        <w:rPr>
          <w:b/>
          <w:sz w:val="18"/>
        </w:rPr>
        <w:t xml:space="preserve">2024  </w:t>
      </w:r>
      <w:r>
        <w:rPr>
          <w:sz w:val="18"/>
        </w:rPr>
        <w:t>Artist Series, Nucky's JC, Jersey City, NJ (current)</w:t>
      </w:r>
    </w:p>
    <w:p>
      <w:pPr>
        <w:spacing w:after="30" w:line="240" w:lineRule="auto"/>
      </w:pPr>
      <w:r>
        <w:rPr>
          <w:b/>
          <w:sz w:val="18"/>
        </w:rPr>
        <w:t xml:space="preserve">2024  </w:t>
      </w:r>
      <w:r>
        <w:rPr>
          <w:sz w:val="18"/>
        </w:rPr>
        <w:t>Montclair Art Walk, Forever Welded Jewelry, Montclair, NJ</w:t>
      </w:r>
    </w:p>
    <w:p>
      <w:pPr>
        <w:spacing w:after="30" w:line="240" w:lineRule="auto"/>
      </w:pPr>
      <w:r>
        <w:rPr>
          <w:b/>
          <w:sz w:val="18"/>
        </w:rPr>
        <w:t xml:space="preserve">2024  </w:t>
      </w:r>
      <w:r>
        <w:rPr>
          <w:sz w:val="18"/>
        </w:rPr>
        <w:t>WILD, With Intentions Holistic Studio, Lake Como, NJ</w:t>
      </w:r>
    </w:p>
    <w:p>
      <w:pPr>
        <w:spacing w:after="30" w:line="240" w:lineRule="auto"/>
      </w:pPr>
      <w:r>
        <w:rPr>
          <w:b/>
          <w:sz w:val="18"/>
        </w:rPr>
        <w:t xml:space="preserve">2024  </w:t>
      </w:r>
      <w:r>
        <w:rPr>
          <w:sz w:val="18"/>
        </w:rPr>
        <w:t>March and April Artist Series, Green Space Studios, Union City, NJ</w:t>
      </w:r>
    </w:p>
    <w:p>
      <w:pPr>
        <w:spacing w:after="30" w:line="240" w:lineRule="auto"/>
      </w:pPr>
      <w:r>
        <w:rPr>
          <w:b/>
          <w:sz w:val="18"/>
        </w:rPr>
        <w:t xml:space="preserve">2024  </w:t>
      </w:r>
      <w:r>
        <w:rPr>
          <w:sz w:val="18"/>
        </w:rPr>
        <w:t>Women's Wonder, Newark School of the Arts, Newark, NJ</w:t>
      </w:r>
    </w:p>
    <w:p>
      <w:pPr>
        <w:spacing w:after="30" w:line="240" w:lineRule="auto"/>
      </w:pPr>
      <w:r>
        <w:rPr>
          <w:b/>
          <w:sz w:val="18"/>
        </w:rPr>
        <w:t xml:space="preserve">2024  </w:t>
      </w:r>
      <w:r>
        <w:rPr>
          <w:sz w:val="18"/>
        </w:rPr>
        <w:t>Mood Equals Purple, Curate NJ, Raritan, NJ</w:t>
      </w:r>
    </w:p>
    <w:p>
      <w:pPr>
        <w:spacing w:after="30" w:line="240" w:lineRule="auto"/>
      </w:pPr>
      <w:r>
        <w:rPr>
          <w:b/>
          <w:sz w:val="18"/>
        </w:rPr>
        <w:t xml:space="preserve">2024  </w:t>
      </w:r>
      <w:r>
        <w:rPr>
          <w:sz w:val="18"/>
        </w:rPr>
        <w:t>Missed Connections, The International, Philadelphia, PA (solo exhibition)</w:t>
      </w:r>
    </w:p>
    <w:p>
      <w:pPr>
        <w:spacing w:after="30" w:line="240" w:lineRule="auto"/>
      </w:pPr>
      <w:r>
        <w:rPr>
          <w:b/>
          <w:sz w:val="18"/>
        </w:rPr>
        <w:t xml:space="preserve">2023  </w:t>
      </w:r>
      <w:r>
        <w:rPr>
          <w:sz w:val="18"/>
        </w:rPr>
        <w:t>The Affordable Art Show, Art House Gallery, Jersey City, NJ</w:t>
      </w:r>
    </w:p>
    <w:p>
      <w:pPr>
        <w:spacing w:after="30" w:line="240" w:lineRule="auto"/>
      </w:pPr>
      <w:r>
        <w:rPr>
          <w:b/>
          <w:sz w:val="18"/>
        </w:rPr>
        <w:t xml:space="preserve">2023  </w:t>
      </w:r>
      <w:r>
        <w:rPr>
          <w:sz w:val="18"/>
        </w:rPr>
        <w:t>Here I am, Curate NJ, Raritan, NJ</w:t>
      </w:r>
    </w:p>
    <w:p>
      <w:pPr>
        <w:spacing w:after="30" w:line="240" w:lineRule="auto"/>
      </w:pPr>
      <w:r>
        <w:rPr>
          <w:b/>
          <w:sz w:val="18"/>
        </w:rPr>
        <w:t xml:space="preserve">2023  </w:t>
      </w:r>
      <w:r>
        <w:rPr>
          <w:sz w:val="18"/>
        </w:rPr>
        <w:t>Art-To-Wear, Soho Art Walks &amp; TMJ Arts Collective, Oculus WTC, New York, NY</w:t>
      </w:r>
    </w:p>
    <w:p>
      <w:pPr>
        <w:spacing w:after="30" w:line="240" w:lineRule="auto"/>
      </w:pPr>
      <w:r>
        <w:rPr>
          <w:b/>
          <w:sz w:val="18"/>
        </w:rPr>
        <w:t xml:space="preserve">2023  </w:t>
      </w:r>
      <w:r>
        <w:rPr>
          <w:sz w:val="18"/>
        </w:rPr>
        <w:t>LAYERED, With Intentions Holistic Studio, Lake Como, NJ</w:t>
      </w:r>
    </w:p>
    <w:p>
      <w:pPr>
        <w:spacing w:after="30" w:line="240" w:lineRule="auto"/>
      </w:pPr>
      <w:r>
        <w:rPr>
          <w:b/>
          <w:sz w:val="18"/>
        </w:rPr>
        <w:t xml:space="preserve">2023  </w:t>
      </w:r>
      <w:r>
        <w:rPr>
          <w:sz w:val="18"/>
        </w:rPr>
        <w:t>Crema Fall Art Exhibit, Crema, Jersey City, NJ</w:t>
      </w:r>
    </w:p>
    <w:p>
      <w:pPr>
        <w:spacing w:after="30" w:line="240" w:lineRule="auto"/>
      </w:pPr>
      <w:r>
        <w:rPr>
          <w:b/>
          <w:sz w:val="18"/>
        </w:rPr>
        <w:t xml:space="preserve">2023  </w:t>
      </w:r>
      <w:r>
        <w:rPr>
          <w:sz w:val="18"/>
        </w:rPr>
        <w:t>Not Your Daddy's Issues, Orchard Street Paint Supply, New York, NY (solo exhibition)</w:t>
      </w:r>
    </w:p>
    <w:p>
      <w:pPr>
        <w:spacing w:after="30" w:line="240" w:lineRule="auto"/>
      </w:pPr>
      <w:r>
        <w:rPr>
          <w:b/>
          <w:sz w:val="18"/>
        </w:rPr>
        <w:t xml:space="preserve">2023  </w:t>
      </w:r>
      <w:r>
        <w:rPr>
          <w:sz w:val="18"/>
        </w:rPr>
        <w:t>Women in Business NYFW, LovLee Art Studio, Bloomfield, NJ</w:t>
      </w:r>
    </w:p>
    <w:p>
      <w:pPr>
        <w:spacing w:after="30" w:line="240" w:lineRule="auto"/>
      </w:pPr>
      <w:r>
        <w:rPr>
          <w:b/>
          <w:sz w:val="18"/>
        </w:rPr>
        <w:t xml:space="preserve">2023  </w:t>
      </w:r>
      <w:r>
        <w:rPr>
          <w:sz w:val="18"/>
        </w:rPr>
        <w:t>HeART &amp; Aerial, HeART at Film Factory, Jersey City, NJ</w:t>
      </w:r>
    </w:p>
    <w:p>
      <w:pPr>
        <w:spacing w:after="30" w:line="240" w:lineRule="auto"/>
      </w:pPr>
      <w:r>
        <w:rPr>
          <w:b/>
          <w:sz w:val="18"/>
        </w:rPr>
        <w:t xml:space="preserve">2023  </w:t>
      </w:r>
      <w:r>
        <w:rPr>
          <w:sz w:val="18"/>
        </w:rPr>
        <w:t>All Eyes On Us, Move the Needle at Lackawanna Center, Jersey City, NJ</w:t>
      </w:r>
    </w:p>
    <w:p>
      <w:pPr>
        <w:spacing w:after="30" w:line="240" w:lineRule="auto"/>
      </w:pPr>
      <w:r>
        <w:rPr>
          <w:b/>
          <w:sz w:val="18"/>
        </w:rPr>
        <w:t xml:space="preserve">2023  </w:t>
      </w:r>
      <w:r>
        <w:rPr>
          <w:sz w:val="18"/>
        </w:rPr>
        <w:t>HEAT WAVE, With Intentions Holistic Studio, Lake Como, NJ</w:t>
      </w:r>
    </w:p>
    <w:p>
      <w:pPr>
        <w:spacing w:after="30" w:line="240" w:lineRule="auto"/>
      </w:pPr>
      <w:r>
        <w:rPr>
          <w:b/>
          <w:sz w:val="18"/>
        </w:rPr>
        <w:t xml:space="preserve">2023  </w:t>
      </w:r>
      <w:r>
        <w:rPr>
          <w:sz w:val="18"/>
        </w:rPr>
        <w:t>Through the Windows, MSP Gallery, Hoboken, NJ</w:t>
      </w:r>
    </w:p>
    <w:p>
      <w:pPr>
        <w:spacing w:after="30" w:line="240" w:lineRule="auto"/>
      </w:pPr>
      <w:r>
        <w:rPr>
          <w:b/>
          <w:sz w:val="18"/>
        </w:rPr>
        <w:t xml:space="preserve">2023  </w:t>
      </w:r>
      <w:r>
        <w:rPr>
          <w:sz w:val="18"/>
        </w:rPr>
        <w:t>The Box Art Show, Guaicora Studios at The Box Gallery, Jersey City, NJ</w:t>
      </w:r>
    </w:p>
    <w:p>
      <w:pPr>
        <w:spacing w:after="30" w:line="240" w:lineRule="auto"/>
      </w:pPr>
      <w:r>
        <w:rPr>
          <w:b/>
          <w:sz w:val="18"/>
        </w:rPr>
        <w:t xml:space="preserve">2023  </w:t>
      </w:r>
      <w:r>
        <w:rPr>
          <w:sz w:val="18"/>
        </w:rPr>
        <w:t>Reclaimed Vision, Mission 50, Hoboken, NJ (solo exhibition)</w:t>
      </w:r>
    </w:p>
    <w:p>
      <w:pPr>
        <w:spacing w:after="30" w:line="240" w:lineRule="auto"/>
      </w:pPr>
      <w:r>
        <w:rPr>
          <w:b/>
          <w:sz w:val="18"/>
        </w:rPr>
        <w:t xml:space="preserve">2022  </w:t>
      </w:r>
      <w:r>
        <w:rPr>
          <w:sz w:val="18"/>
        </w:rPr>
        <w:t>Rosa Lucido, Crema, Jersey City, NJ (duo exhibition)</w:t>
      </w:r>
    </w:p>
    <w:p>
      <w:pPr>
        <w:spacing w:after="30" w:line="240" w:lineRule="auto"/>
      </w:pPr>
      <w:r>
        <w:rPr>
          <w:b/>
          <w:sz w:val="18"/>
        </w:rPr>
        <w:t xml:space="preserve">2022  </w:t>
      </w:r>
      <w:r>
        <w:rPr>
          <w:sz w:val="18"/>
        </w:rPr>
        <w:t>The Affordable Art Show, The Art House Gallery, Jersey City, NJ</w:t>
      </w:r>
    </w:p>
    <w:p>
      <w:pPr>
        <w:spacing w:after="30" w:line="240" w:lineRule="auto"/>
      </w:pPr>
      <w:r>
        <w:rPr>
          <w:b/>
          <w:sz w:val="18"/>
        </w:rPr>
        <w:t xml:space="preserve">2022  </w:t>
      </w:r>
      <w:r>
        <w:rPr>
          <w:sz w:val="18"/>
        </w:rPr>
        <w:t>Mail Art, The Surprising Thing About Gratitude, Walk-Bye at Jersey City Public Library, Jersey City, NJ</w:t>
      </w:r>
    </w:p>
    <w:p>
      <w:pPr>
        <w:spacing w:after="30" w:line="240" w:lineRule="auto"/>
      </w:pPr>
      <w:r>
        <w:rPr>
          <w:b/>
          <w:sz w:val="18"/>
        </w:rPr>
        <w:t xml:space="preserve">2022  </w:t>
      </w:r>
      <w:r>
        <w:rPr>
          <w:sz w:val="18"/>
        </w:rPr>
        <w:t>Cat Art, Art Fair 14C, National Guard Armory, Jersey City, NJ</w:t>
      </w:r>
    </w:p>
    <w:p>
      <w:pPr>
        <w:spacing w:after="30" w:line="240" w:lineRule="auto"/>
      </w:pPr>
      <w:r>
        <w:rPr>
          <w:b/>
          <w:sz w:val="18"/>
        </w:rPr>
        <w:t xml:space="preserve">2022  </w:t>
      </w:r>
      <w:r>
        <w:rPr>
          <w:sz w:val="18"/>
        </w:rPr>
        <w:t>JCAST 2O22 Community Art Gallery, Community Gallery West at Mana Contemporary, Jersey City, NJ</w:t>
      </w:r>
    </w:p>
    <w:p>
      <w:pPr>
        <w:spacing w:after="30" w:line="240" w:lineRule="auto"/>
      </w:pPr>
      <w:r>
        <w:rPr>
          <w:b/>
          <w:sz w:val="18"/>
        </w:rPr>
        <w:t xml:space="preserve">2022  </w:t>
      </w:r>
      <w:r>
        <w:rPr>
          <w:sz w:val="18"/>
        </w:rPr>
        <w:t>Stripped, PRIME Gallery, Jersey City, NJ</w:t>
      </w:r>
    </w:p>
    <w:p>
      <w:pPr>
        <w:spacing w:after="30" w:line="240" w:lineRule="auto"/>
      </w:pPr>
      <w:r>
        <w:rPr>
          <w:b/>
          <w:sz w:val="18"/>
        </w:rPr>
        <w:t xml:space="preserve">2021  </w:t>
      </w:r>
      <w:r>
        <w:rPr>
          <w:sz w:val="18"/>
        </w:rPr>
        <w:t>Mail Art, Walk-bye at Paterson Poetry Festival, Paterson, NJ</w:t>
      </w:r>
    </w:p>
    <w:p>
      <w:pPr>
        <w:spacing w:after="30" w:line="240" w:lineRule="auto"/>
      </w:pPr>
      <w:r>
        <w:rPr>
          <w:b/>
          <w:sz w:val="18"/>
        </w:rPr>
        <w:t xml:space="preserve">2021  </w:t>
      </w:r>
      <w:r>
        <w:rPr>
          <w:sz w:val="18"/>
        </w:rPr>
        <w:t>The Women, Walk-bye at Paterson Poetry Festival, Paterson, NJ</w:t>
      </w:r>
    </w:p>
    <w:p>
      <w:pPr>
        <w:spacing w:after="30" w:line="240" w:lineRule="auto"/>
      </w:pPr>
      <w:r>
        <w:rPr>
          <w:b/>
          <w:sz w:val="18"/>
        </w:rPr>
        <w:t xml:space="preserve">2021  </w:t>
      </w:r>
      <w:r>
        <w:rPr>
          <w:sz w:val="18"/>
        </w:rPr>
        <w:t>"Almost" Post Pandemic 2021 Showcase, BCC Gallery, Brooklyn, NY</w:t>
      </w:r>
    </w:p>
    <w:p>
      <w:pPr>
        <w:spacing w:after="30" w:line="240" w:lineRule="auto"/>
      </w:pPr>
      <w:r>
        <w:rPr>
          <w:b/>
          <w:sz w:val="18"/>
        </w:rPr>
        <w:t xml:space="preserve">2021  </w:t>
      </w:r>
      <w:r>
        <w:rPr>
          <w:sz w:val="18"/>
        </w:rPr>
        <w:t>ONE in three rooms, Walk-Bye, Jersey City, NJ (virtual)</w:t>
      </w:r>
    </w:p>
    <w:p>
      <w:pPr>
        <w:spacing w:after="30" w:line="240" w:lineRule="auto"/>
      </w:pPr>
      <w:r>
        <w:rPr>
          <w:b/>
          <w:sz w:val="18"/>
        </w:rPr>
        <w:t xml:space="preserve">2021  </w:t>
      </w:r>
      <w:r>
        <w:rPr>
          <w:sz w:val="18"/>
        </w:rPr>
        <w:t>La Sociedad del Cansancio, Red Collage Perú, Lima, Peru (virtual)</w:t>
      </w:r>
    </w:p>
    <w:p>
      <w:pPr>
        <w:spacing w:after="30" w:line="240" w:lineRule="auto"/>
      </w:pPr>
      <w:r>
        <w:rPr>
          <w:b/>
          <w:sz w:val="18"/>
        </w:rPr>
        <w:t xml:space="preserve">2021  </w:t>
      </w:r>
      <w:r>
        <w:rPr>
          <w:sz w:val="18"/>
        </w:rPr>
        <w:t>The Women, Walk-bye at City Hall, Jersey City, NJ</w:t>
      </w:r>
    </w:p>
    <w:p>
      <w:pPr>
        <w:spacing w:after="30" w:line="240" w:lineRule="auto"/>
      </w:pPr>
      <w:r>
        <w:rPr>
          <w:b/>
          <w:sz w:val="18"/>
        </w:rPr>
        <w:t xml:space="preserve">2021  </w:t>
      </w:r>
      <w:r>
        <w:rPr>
          <w:sz w:val="18"/>
        </w:rPr>
        <w:t>Spring Cleaning, With Intentions Holistic Studio, Lake Como, NJ</w:t>
      </w:r>
    </w:p>
    <w:p>
      <w:pPr>
        <w:spacing w:after="30" w:line="240" w:lineRule="auto"/>
      </w:pPr>
      <w:r>
        <w:rPr>
          <w:b/>
          <w:sz w:val="18"/>
        </w:rPr>
        <w:t xml:space="preserve">2021  </w:t>
      </w:r>
      <w:r>
        <w:rPr>
          <w:sz w:val="18"/>
        </w:rPr>
        <w:t>The Secret Language of Objects, US+U/Warburton Galerie, Yonkers, NY</w:t>
      </w:r>
    </w:p>
    <w:p>
      <w:pPr>
        <w:spacing w:after="30" w:line="240" w:lineRule="auto"/>
      </w:pPr>
      <w:r>
        <w:rPr>
          <w:b/>
          <w:sz w:val="18"/>
        </w:rPr>
        <w:t xml:space="preserve">2021  </w:t>
      </w:r>
      <w:r>
        <w:rPr>
          <w:sz w:val="18"/>
        </w:rPr>
        <w:t>Hodgepodge Mirage: A Focus on Collage, Flemington DIY, Flemington, NJ (virtual)</w:t>
      </w:r>
    </w:p>
    <w:p>
      <w:pPr>
        <w:spacing w:after="30" w:line="240" w:lineRule="auto"/>
      </w:pPr>
      <w:r>
        <w:rPr>
          <w:b/>
          <w:sz w:val="18"/>
        </w:rPr>
        <w:t xml:space="preserve">2021  </w:t>
      </w:r>
      <w:r>
        <w:rPr>
          <w:sz w:val="18"/>
        </w:rPr>
        <w:t>Amor Art Gallery, The Miracle Mile with Caffe Maria, Union City, NJ</w:t>
      </w:r>
    </w:p>
    <w:p>
      <w:pPr>
        <w:spacing w:after="30" w:line="240" w:lineRule="auto"/>
      </w:pPr>
      <w:r>
        <w:rPr>
          <w:b/>
          <w:sz w:val="18"/>
        </w:rPr>
        <w:t xml:space="preserve">2021  </w:t>
      </w:r>
      <w:r>
        <w:rPr>
          <w:sz w:val="18"/>
        </w:rPr>
        <w:t>/ˈradək(ə)l/ - roots, body &amp; fruit, Walk-Bye at B'nai Jacob, Jersey City, NJ</w:t>
      </w:r>
    </w:p>
    <w:p>
      <w:pPr>
        <w:spacing w:after="30" w:line="240" w:lineRule="auto"/>
      </w:pPr>
      <w:r>
        <w:rPr>
          <w:b/>
          <w:sz w:val="18"/>
        </w:rPr>
        <w:t xml:space="preserve">2021  </w:t>
      </w:r>
      <w:r>
        <w:rPr>
          <w:sz w:val="18"/>
        </w:rPr>
        <w:t>New Beginnings, With Intentions Holistic Studio, Lake Como, NJ</w:t>
      </w:r>
    </w:p>
    <w:p>
      <w:pPr>
        <w:spacing w:after="30" w:line="240" w:lineRule="auto"/>
      </w:pPr>
      <w:r>
        <w:rPr>
          <w:b/>
          <w:sz w:val="18"/>
        </w:rPr>
        <w:t xml:space="preserve">2021  </w:t>
      </w:r>
      <w:r>
        <w:rPr>
          <w:sz w:val="18"/>
        </w:rPr>
        <w:t>Rebirth, The Holy Art, London, England (virtual)</w:t>
      </w:r>
    </w:p>
    <w:p>
      <w:pPr>
        <w:spacing w:after="30" w:line="240" w:lineRule="auto"/>
      </w:pPr>
      <w:r>
        <w:rPr>
          <w:b/>
          <w:sz w:val="18"/>
        </w:rPr>
        <w:t xml:space="preserve">2020  </w:t>
      </w:r>
      <w:r>
        <w:rPr>
          <w:sz w:val="18"/>
        </w:rPr>
        <w:t>The Very Affordable Art Show, The Art House Gallery, Jersey City, NJ</w:t>
      </w:r>
    </w:p>
    <w:p>
      <w:pPr>
        <w:spacing w:after="30" w:line="240" w:lineRule="auto"/>
      </w:pPr>
      <w:r>
        <w:rPr>
          <w:b/>
          <w:sz w:val="18"/>
        </w:rPr>
        <w:t xml:space="preserve">2020  </w:t>
      </w:r>
      <w:r>
        <w:rPr>
          <w:sz w:val="18"/>
        </w:rPr>
        <w:t>Eye of the Storm: The Mind of 2020, Snapdragon Art Gallery, Jersey City, NJ</w:t>
      </w:r>
    </w:p>
    <w:p>
      <w:pPr>
        <w:spacing w:after="30" w:line="240" w:lineRule="auto"/>
      </w:pPr>
      <w:r>
        <w:rPr>
          <w:b/>
          <w:sz w:val="18"/>
        </w:rPr>
        <w:t xml:space="preserve">2020  </w:t>
      </w:r>
      <w:r>
        <w:rPr>
          <w:sz w:val="18"/>
        </w:rPr>
        <w:t>November Virtual Gallery, Greenpoint Gallery, Brooklyn, NY (virtual)</w:t>
      </w:r>
    </w:p>
    <w:p>
      <w:pPr>
        <w:spacing w:after="30" w:line="240" w:lineRule="auto"/>
      </w:pPr>
      <w:r>
        <w:rPr>
          <w:b/>
          <w:sz w:val="18"/>
        </w:rPr>
        <w:t xml:space="preserve">2020  </w:t>
      </w:r>
      <w:r>
        <w:rPr>
          <w:sz w:val="18"/>
        </w:rPr>
        <w:t>Community, Vision Coven with The Jersey City Art and Studio Tour (JCAST), Jersey City, NJ (virtual)</w:t>
      </w:r>
    </w:p>
    <w:p>
      <w:pPr>
        <w:spacing w:after="30" w:line="240" w:lineRule="auto"/>
      </w:pPr>
      <w:r>
        <w:rPr>
          <w:b/>
          <w:sz w:val="18"/>
        </w:rPr>
        <w:t xml:space="preserve">2020  </w:t>
      </w:r>
      <w:r>
        <w:rPr>
          <w:sz w:val="18"/>
        </w:rPr>
        <w:t>EXHALE, Art House Gallery, Jersey City, NJ</w:t>
      </w:r>
    </w:p>
    <w:p>
      <w:pPr>
        <w:spacing w:after="30" w:line="240" w:lineRule="auto"/>
      </w:pPr>
      <w:r>
        <w:rPr>
          <w:b/>
          <w:sz w:val="18"/>
        </w:rPr>
        <w:t xml:space="preserve">2020  </w:t>
      </w:r>
      <w:r>
        <w:rPr>
          <w:sz w:val="18"/>
        </w:rPr>
        <w:t>Walk_Bye, Walk-Bye at The Jersey City Art and Studio Tour (JCAST), Riverview Park, Jersey City, NJ</w:t>
      </w:r>
    </w:p>
    <w:p>
      <w:pPr>
        <w:spacing w:after="30" w:line="240" w:lineRule="auto"/>
      </w:pPr>
      <w:r>
        <w:rPr>
          <w:b/>
          <w:sz w:val="18"/>
        </w:rPr>
        <w:t xml:space="preserve">2020  </w:t>
      </w:r>
      <w:r>
        <w:rPr>
          <w:sz w:val="18"/>
        </w:rPr>
        <w:t>Friends &amp; Neighbors, US+U/Warburton Galerie, Yonkers, NY</w:t>
      </w:r>
    </w:p>
    <w:p>
      <w:pPr>
        <w:spacing w:after="30" w:line="240" w:lineRule="auto"/>
      </w:pPr>
      <w:r>
        <w:rPr>
          <w:b/>
          <w:sz w:val="18"/>
        </w:rPr>
        <w:t xml:space="preserve">2015  </w:t>
      </w:r>
      <w:r>
        <w:rPr>
          <w:sz w:val="18"/>
        </w:rPr>
        <w:t>Visceral Dialogues, US+U/Torche' Galerie, Yonkers, NY</w:t>
      </w:r>
    </w:p>
    <w:p>
      <w:pPr>
        <w:spacing w:after="30" w:line="240" w:lineRule="auto"/>
      </w:pPr>
      <w:r>
        <w:rPr>
          <w:b/>
          <w:sz w:val="18"/>
        </w:rPr>
        <w:t xml:space="preserve">2015  </w:t>
      </w:r>
      <w:r>
        <w:rPr>
          <w:sz w:val="18"/>
        </w:rPr>
        <w:t>Paintings on View, Stay Gold Cafe' &amp; Lounge, Belmar, NJ (solo)</w:t>
      </w:r>
    </w:p>
    <w:p>
      <w:pPr>
        <w:spacing w:after="30" w:line="240" w:lineRule="auto"/>
      </w:pPr>
      <w:r>
        <w:rPr>
          <w:b/>
          <w:sz w:val="18"/>
        </w:rPr>
        <w:t xml:space="preserve">2015  </w:t>
      </w:r>
      <w:r>
        <w:rPr>
          <w:sz w:val="18"/>
        </w:rPr>
        <w:t>Winter Exhibition, Torche' Galerie, Belmar, NJ</w:t>
      </w:r>
    </w:p>
    <w:p>
      <w:pPr>
        <w:spacing w:after="30" w:line="240" w:lineRule="auto"/>
      </w:pPr>
      <w:r>
        <w:rPr>
          <w:b/>
          <w:sz w:val="18"/>
        </w:rPr>
        <w:t xml:space="preserve">2014  </w:t>
      </w:r>
      <w:r>
        <w:rPr>
          <w:sz w:val="18"/>
        </w:rPr>
        <w:t>Fall Exhibition, Torche' Galerie, Belmar, NJ</w:t>
      </w:r>
    </w:p>
    <w:p>
      <w:pPr>
        <w:spacing w:after="30" w:line="240" w:lineRule="auto"/>
      </w:pPr>
      <w:r>
        <w:rPr>
          <w:b/>
          <w:sz w:val="18"/>
        </w:rPr>
        <w:t xml:space="preserve">2014  </w:t>
      </w:r>
      <w:r>
        <w:rPr>
          <w:sz w:val="18"/>
        </w:rPr>
        <w:t>Summer Exhibition, Torche' Galerie, Belmar, NJ</w:t>
      </w:r>
    </w:p>
    <w:p>
      <w:pPr>
        <w:spacing w:after="30" w:line="240" w:lineRule="auto"/>
      </w:pPr>
      <w:r>
        <w:rPr>
          <w:b/>
          <w:sz w:val="18"/>
        </w:rPr>
        <w:t xml:space="preserve">2014  </w:t>
      </w:r>
      <w:r>
        <w:rPr>
          <w:sz w:val="18"/>
        </w:rPr>
        <w:t>LOOKATHIS!, Mason Gross Gallery, New Brunswick, NJ</w:t>
      </w:r>
    </w:p>
    <w:p>
      <w:pPr>
        <w:spacing w:after="30" w:line="240" w:lineRule="auto"/>
      </w:pPr>
      <w:r>
        <w:rPr>
          <w:b/>
          <w:sz w:val="18"/>
        </w:rPr>
        <w:t xml:space="preserve">2014  </w:t>
      </w:r>
      <w:r>
        <w:rPr>
          <w:sz w:val="18"/>
        </w:rPr>
        <w:t>From the Sidewalk, Project Space, Mason Gross Gallery, New Brunswick, NJ (solo)</w:t>
      </w:r>
    </w:p>
    <w:p>
      <w:pPr>
        <w:spacing w:after="30" w:line="240" w:lineRule="auto"/>
      </w:pPr>
      <w:r>
        <w:rPr>
          <w:b/>
          <w:sz w:val="18"/>
        </w:rPr>
        <w:t xml:space="preserve">2013  </w:t>
      </w:r>
      <w:r>
        <w:rPr>
          <w:sz w:val="18"/>
        </w:rPr>
        <w:t>Inside Out, Torche' Galerie, Belmar, NJ</w:t>
      </w:r>
    </w:p>
    <w:p>
      <w:pPr>
        <w:spacing w:after="30" w:line="240" w:lineRule="auto"/>
      </w:pPr>
      <w:r>
        <w:rPr>
          <w:b/>
          <w:sz w:val="18"/>
        </w:rPr>
        <w:t xml:space="preserve">2012  </w:t>
      </w:r>
      <w:r>
        <w:rPr>
          <w:sz w:val="18"/>
        </w:rPr>
        <w:t>Words and Systems, Mason Gross Gallery, New Brunswick, NJ</w:t>
      </w:r>
    </w:p>
    <w:p>
      <w:pPr>
        <w:spacing w:after="30" w:line="240" w:lineRule="auto"/>
      </w:pPr>
      <w:r>
        <w:rPr>
          <w:b/>
          <w:sz w:val="18"/>
        </w:rPr>
        <w:t xml:space="preserve">2012  </w:t>
      </w:r>
      <w:r>
        <w:rPr>
          <w:sz w:val="18"/>
        </w:rPr>
        <w:t>Creative Color, Greenpoint Gallery, Brooklyn, NY</w:t>
      </w:r>
    </w:p>
    <w:p>
      <w:pPr>
        <w:spacing w:before="180" w:after="60"/>
      </w:pPr>
      <w:r>
        <w:rPr>
          <w:b/>
          <w:sz w:val="20"/>
        </w:rPr>
        <w:t>SELECTED FEATURES &amp; PUBLICATIONS</w:t>
      </w:r>
    </w:p>
    <w:p>
      <w:pPr>
        <w:spacing w:after="30" w:line="240" w:lineRule="auto"/>
      </w:pPr>
      <w:r>
        <w:rPr>
          <w:b/>
          <w:sz w:val="18"/>
        </w:rPr>
        <w:t xml:space="preserve">2026  </w:t>
      </w:r>
      <w:r>
        <w:rPr>
          <w:sz w:val="18"/>
        </w:rPr>
        <w:t>Surrender to the Flow, STTF #93: Summer Tour 2025, Bottomless Brunch and Immersed in Conversation, July 2026</w:t>
      </w:r>
    </w:p>
    <w:p>
      <w:pPr>
        <w:spacing w:after="30" w:line="240" w:lineRule="auto"/>
      </w:pPr>
      <w:r>
        <w:rPr>
          <w:b/>
          <w:sz w:val="18"/>
        </w:rPr>
        <w:t xml:space="preserve">2026  </w:t>
      </w:r>
      <w:r>
        <w:rPr>
          <w:sz w:val="18"/>
        </w:rPr>
        <w:t>Cranky Angel, Window Display, Jersey City, NJ, April 2026</w:t>
      </w:r>
    </w:p>
    <w:p>
      <w:pPr>
        <w:spacing w:after="30" w:line="240" w:lineRule="auto"/>
      </w:pPr>
      <w:r>
        <w:rPr>
          <w:b/>
          <w:sz w:val="18"/>
        </w:rPr>
        <w:t xml:space="preserve">2026  </w:t>
      </w:r>
      <w:r>
        <w:rPr>
          <w:sz w:val="18"/>
        </w:rPr>
        <w:t>Cranky Angel, Window Display, Jersey City, NJ, January 2026</w:t>
      </w:r>
    </w:p>
    <w:p>
      <w:pPr>
        <w:spacing w:after="30" w:line="240" w:lineRule="auto"/>
      </w:pPr>
      <w:r>
        <w:rPr>
          <w:b/>
          <w:sz w:val="18"/>
        </w:rPr>
        <w:t xml:space="preserve">2025  </w:t>
      </w:r>
      <w:r>
        <w:rPr>
          <w:sz w:val="18"/>
        </w:rPr>
        <w:t>Surrender to the Flow, STTF #88: Spring Tour 2025, All You Can See T.V. Buffet, April 2025</w:t>
      </w:r>
    </w:p>
    <w:p>
      <w:pPr>
        <w:spacing w:after="30" w:line="240" w:lineRule="auto"/>
      </w:pPr>
      <w:r>
        <w:rPr>
          <w:b/>
          <w:sz w:val="18"/>
        </w:rPr>
        <w:t xml:space="preserve">2025  </w:t>
      </w:r>
      <w:r>
        <w:rPr>
          <w:sz w:val="18"/>
        </w:rPr>
        <w:t>Tali Rose Krupkin. For the Record, It's Not So Black and White, 2021. Single edition reproductive print. Jersey City, NJ. "Kinda Pregnant". Directed by Tyler Spindel (2025).</w:t>
      </w:r>
    </w:p>
    <w:p>
      <w:pPr>
        <w:spacing w:after="30" w:line="240" w:lineRule="auto"/>
      </w:pPr>
      <w:r>
        <w:rPr>
          <w:b/>
          <w:sz w:val="18"/>
        </w:rPr>
        <w:t xml:space="preserve">2024  </w:t>
      </w:r>
      <w:r>
        <w:rPr>
          <w:sz w:val="18"/>
        </w:rPr>
        <w:t>Surrender to the Flow, STTF #86: Albany, Reclaimed Vision, October 2024</w:t>
      </w:r>
    </w:p>
    <w:p>
      <w:pPr>
        <w:spacing w:after="30" w:line="240" w:lineRule="auto"/>
      </w:pPr>
      <w:r>
        <w:rPr>
          <w:b/>
          <w:sz w:val="18"/>
        </w:rPr>
        <w:t xml:space="preserve">2024  </w:t>
      </w:r>
      <w:r>
        <w:rPr>
          <w:sz w:val="18"/>
        </w:rPr>
        <w:t>Surrender to the Flow, STTF #84: Mondegreen, Etherial Goddess, August 2024</w:t>
      </w:r>
    </w:p>
    <w:p>
      <w:pPr>
        <w:spacing w:after="30" w:line="240" w:lineRule="auto"/>
      </w:pPr>
      <w:r>
        <w:rPr>
          <w:b/>
          <w:sz w:val="18"/>
        </w:rPr>
        <w:t xml:space="preserve">2024  </w:t>
      </w:r>
      <w:r>
        <w:rPr>
          <w:sz w:val="18"/>
        </w:rPr>
        <w:t>Surrender to the Flow, STTF #83: Summer Tour 2024, Mushroom for Growth, July 2024</w:t>
      </w:r>
    </w:p>
    <w:p>
      <w:pPr>
        <w:spacing w:after="30" w:line="240" w:lineRule="auto"/>
      </w:pPr>
      <w:r>
        <w:rPr>
          <w:b/>
          <w:sz w:val="18"/>
        </w:rPr>
        <w:t xml:space="preserve">2024  </w:t>
      </w:r>
      <w:r>
        <w:rPr>
          <w:sz w:val="18"/>
        </w:rPr>
        <w:t>The Hoboken Girl, "10 Hoboken + Jersey City Locals to Watch in April 2024", April 1, 2024</w:t>
      </w:r>
    </w:p>
    <w:p>
      <w:pPr>
        <w:spacing w:after="30" w:line="240" w:lineRule="auto"/>
      </w:pPr>
      <w:r>
        <w:rPr>
          <w:b/>
          <w:sz w:val="18"/>
        </w:rPr>
        <w:t xml:space="preserve">2023  </w:t>
      </w:r>
      <w:r>
        <w:rPr>
          <w:sz w:val="18"/>
        </w:rPr>
        <w:t>Surrender to the Flow, STTF #80: 25th Anniversary Issue, Pouring the Heat, No Cap, October 2023</w:t>
      </w:r>
    </w:p>
    <w:p>
      <w:pPr>
        <w:spacing w:after="30" w:line="240" w:lineRule="auto"/>
      </w:pPr>
      <w:r>
        <w:rPr>
          <w:b/>
          <w:sz w:val="18"/>
        </w:rPr>
        <w:t xml:space="preserve">2023  </w:t>
      </w:r>
      <w:r>
        <w:rPr>
          <w:sz w:val="18"/>
        </w:rPr>
        <w:t>Suboart Magazine, August 2023 Issue #9, August 2023</w:t>
      </w:r>
    </w:p>
    <w:p>
      <w:pPr>
        <w:spacing w:after="30" w:line="240" w:lineRule="auto"/>
      </w:pPr>
      <w:r>
        <w:rPr>
          <w:b/>
          <w:sz w:val="18"/>
        </w:rPr>
        <w:t xml:space="preserve">2023  </w:t>
      </w:r>
      <w:r>
        <w:rPr>
          <w:sz w:val="18"/>
        </w:rPr>
        <w:t>Surrender to the Flow, STTF #78: Summer Tour 2023, Deep In the Sushi, July 2023</w:t>
      </w:r>
    </w:p>
    <w:p>
      <w:pPr>
        <w:spacing w:after="30" w:line="240" w:lineRule="auto"/>
      </w:pPr>
      <w:r>
        <w:rPr>
          <w:b/>
          <w:sz w:val="18"/>
        </w:rPr>
        <w:t xml:space="preserve">2023  </w:t>
      </w:r>
      <w:r>
        <w:rPr>
          <w:sz w:val="18"/>
        </w:rPr>
        <w:t>Surrender to the Flow, STTF #77: Spring 2023, Pride, April 2023</w:t>
      </w:r>
    </w:p>
    <w:p>
      <w:pPr>
        <w:spacing w:after="30" w:line="240" w:lineRule="auto"/>
      </w:pPr>
      <w:r>
        <w:rPr>
          <w:b/>
          <w:sz w:val="18"/>
        </w:rPr>
        <w:t xml:space="preserve">2023  </w:t>
      </w:r>
      <w:r>
        <w:rPr>
          <w:sz w:val="18"/>
        </w:rPr>
        <w:t>They Call Us, They Don't Call Us, We Are Not Here, For You, April 2023</w:t>
      </w:r>
    </w:p>
    <w:p>
      <w:pPr>
        <w:spacing w:after="30" w:line="240" w:lineRule="auto"/>
      </w:pPr>
      <w:r>
        <w:rPr>
          <w:b/>
          <w:sz w:val="18"/>
        </w:rPr>
        <w:t xml:space="preserve">2022  </w:t>
      </w:r>
      <w:r>
        <w:rPr>
          <w:sz w:val="18"/>
        </w:rPr>
        <w:t>Surrender to the Flow, STTF #76: NYE Run 2022-2023, Explore Here, December 2022</w:t>
      </w:r>
    </w:p>
    <w:p>
      <w:pPr>
        <w:spacing w:after="30" w:line="240" w:lineRule="auto"/>
      </w:pPr>
      <w:r>
        <w:rPr>
          <w:b/>
          <w:sz w:val="18"/>
        </w:rPr>
        <w:t xml:space="preserve">2021  </w:t>
      </w:r>
      <w:r>
        <w:rPr>
          <w:sz w:val="18"/>
        </w:rPr>
        <w:t>The Pandemic Post, The Food Issue, Tabasco Mermaid 2, June 2021</w:t>
      </w:r>
    </w:p>
    <w:p>
      <w:pPr>
        <w:spacing w:after="30" w:line="240" w:lineRule="auto"/>
      </w:pPr>
      <w:r>
        <w:rPr>
          <w:b/>
          <w:sz w:val="18"/>
        </w:rPr>
        <w:t xml:space="preserve">2021  </w:t>
      </w:r>
      <w:r>
        <w:rPr>
          <w:sz w:val="18"/>
        </w:rPr>
        <w:t>Riot &amp; Roux! Issue 2, Deep in the Sushi, March 2021</w:t>
      </w:r>
    </w:p>
    <w:p>
      <w:pPr>
        <w:spacing w:after="30" w:line="240" w:lineRule="auto"/>
      </w:pPr>
      <w:r>
        <w:rPr>
          <w:b/>
          <w:sz w:val="18"/>
        </w:rPr>
        <w:t xml:space="preserve">2021  </w:t>
      </w:r>
      <w:r>
        <w:rPr>
          <w:sz w:val="18"/>
        </w:rPr>
        <w:t>Art Review City, "Artist Q&amp;A With Tali Rose Krupkin", March 8, 2021</w:t>
      </w:r>
    </w:p>
    <w:p>
      <w:pPr>
        <w:spacing w:after="30" w:line="240" w:lineRule="auto"/>
      </w:pPr>
      <w:r>
        <w:rPr>
          <w:b/>
          <w:sz w:val="18"/>
        </w:rPr>
        <w:t xml:space="preserve">2020  </w:t>
      </w:r>
      <w:r>
        <w:rPr>
          <w:sz w:val="18"/>
        </w:rPr>
        <w:t>OyeDrum, Volume III: The SEX Issue, "Tabasco Ladies", December 2020</w:t>
      </w:r>
    </w:p>
    <w:p>
      <w:pPr>
        <w:spacing w:after="30" w:line="240" w:lineRule="auto"/>
      </w:pPr>
      <w:r>
        <w:rPr>
          <w:b/>
          <w:sz w:val="18"/>
        </w:rPr>
        <w:t xml:space="preserve">2012  </w:t>
      </w:r>
      <w:r>
        <w:rPr>
          <w:sz w:val="18"/>
        </w:rPr>
        <w:t>Trim Magazine, Spring/Summer 2012 Issue, Alef, April 28, 2012</w:t>
      </w:r>
    </w:p>
    <w:p>
      <w:pPr>
        <w:spacing w:after="30" w:line="240" w:lineRule="auto"/>
      </w:pPr>
      <w:r>
        <w:rPr>
          <w:b/>
          <w:sz w:val="18"/>
        </w:rPr>
        <w:t xml:space="preserve">2012  </w:t>
      </w:r>
      <w:r>
        <w:rPr>
          <w:sz w:val="18"/>
        </w:rPr>
        <w:t>Trim Magazine, Spring/Summer 2012 Issue, Kaf, April 28, 2012</w:t>
      </w:r>
    </w:p>
    <w:p>
      <w:pPr>
        <w:spacing w:before="180" w:after="60"/>
      </w:pPr>
      <w:r>
        <w:rPr>
          <w:b/>
          <w:sz w:val="20"/>
        </w:rPr>
        <w:t>SELECTED ARTIST TALKS</w:t>
      </w:r>
    </w:p>
    <w:p>
      <w:pPr>
        <w:spacing w:after="30" w:line="240" w:lineRule="auto"/>
      </w:pPr>
      <w:r>
        <w:rPr>
          <w:b/>
          <w:sz w:val="18"/>
        </w:rPr>
        <w:t xml:space="preserve">2026  </w:t>
      </w:r>
      <w:r>
        <w:rPr>
          <w:sz w:val="18"/>
        </w:rPr>
        <w:t>Guest Artist Lecturer and Workshop Lead, Linden High School, Linden, NJ, March 27, 2026</w:t>
      </w:r>
    </w:p>
    <w:p>
      <w:pPr>
        <w:spacing w:after="30" w:line="240" w:lineRule="auto"/>
      </w:pPr>
      <w:r>
        <w:rPr>
          <w:b/>
          <w:sz w:val="18"/>
        </w:rPr>
        <w:t xml:space="preserve">2023  </w:t>
      </w:r>
      <w:r>
        <w:rPr>
          <w:sz w:val="18"/>
        </w:rPr>
        <w:t>Artist Talk by Tali Rose Krupkin, Q&amp;A led by artist Kiki Buccini, Orchard Street Paint Supply, New York, NY, September 13, 2023</w:t>
      </w:r>
    </w:p>
    <w:p>
      <w:pPr>
        <w:spacing w:after="30" w:line="240" w:lineRule="auto"/>
      </w:pPr>
      <w:r>
        <w:rPr>
          <w:b/>
          <w:sz w:val="18"/>
        </w:rPr>
        <w:t xml:space="preserve">2021  </w:t>
      </w:r>
      <w:r>
        <w:rPr>
          <w:sz w:val="18"/>
        </w:rPr>
        <w:t>Artist Talk by Tali Rose Krupkin, hosted by Regina Viqueira, Co-founder of With Intentions Holistic Studio, IG Live, February 18, 2021</w:t>
      </w:r>
    </w:p>
    <w:p>
      <w:pPr>
        <w:spacing w:before="180" w:after="60"/>
      </w:pPr>
      <w:r>
        <w:rPr>
          <w:b/>
          <w:sz w:val="20"/>
        </w:rPr>
        <w:t>EDUCATION</w:t>
      </w:r>
    </w:p>
    <w:p>
      <w:pPr>
        <w:spacing w:after="30" w:line="240" w:lineRule="auto"/>
      </w:pPr>
      <w:r>
        <w:rPr>
          <w:b/>
          <w:sz w:val="18"/>
        </w:rPr>
        <w:t xml:space="preserve">2014  </w:t>
      </w:r>
      <w:r>
        <w:rPr>
          <w:sz w:val="18"/>
        </w:rPr>
        <w:t>BFA in Painting and Art History, Cum Laude, Mason Gross School of the Arts, Rutgers University, New Brunswick, NJ</w:t>
      </w:r>
    </w:p>
    <w:sectPr w:rsidR="00FC693F" w:rsidRPr="0006063C" w:rsidSect="00034616">
      <w:footerReference w:type="default" r:id="rId9"/>
      <w:pgSz w:w="12240" w:h="15840"/>
      <w:pgMar w:top="864" w:right="1037" w:bottom="864" w:left="103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5"/>
      </w:rPr>
      <w:t>Tali Rose Krupkin  |  Artist CV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